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רכזת חברתית וחיים חברתיים בכיתה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ימים ואירועים חברתיים לאורך השנה כמו סיגד, יום הסובלנות ויום זכויות הילד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עקרונות מנחים בפעילויות גיבוש וחברה כמו שיתוף מרצון וכבוד למגוון משפחות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מושגי יסוד הקשורים לחיים החברתיים בבית הספר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ספטמבר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התחדשות וגעגוע לירושלים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16 בנובמבר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את הזכויות שמגיעות לכל ילד וילדה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תמיד רשות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שיתוף הוא תמיד רשות ואף אחד לא חייב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אחד העקרונות המנחים את הפעילויות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מדברים על משפחות בכל הצורות שלהן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התכנון השנתי בארגז הכלים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יש התאמות קבועות לעולים בכל ערכה ושיעור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1. 30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סיגד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סובלנות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תחרות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(מסורת של התחדשות וגעגוע לירושלים)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(יום לקבלת השונה והאחר)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(יום המזכיר את הזכויות של כל ילד וילדה)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(גוף המייצג תלמידים ותלמידות בבית הספר)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(עיצוב כיתתי לציון ימי הולדת של התלמידים)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ומחשבה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לא לכולם נוח לספר על עצמם, וחשוב לכבד את הפרטיות והרגשות של כל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למשל משחק הכרות קבוצתי שמעודד שיתוף פעולה בלי תחרות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הרחבה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המתייחסת למשמעות היום הנבחר ולמסר החברתי שבו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להתחדשות וגעגוע לירושלים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20 בנובמבר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שכל תלמיד ירגיש בטוח ומכובד בלי לחץ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בשיחה קצרה על הימים המיוחדים המוזכרים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את עקרון הבחירה החופשית בשיתוף לפני תרגול פעילויות גיבוש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את חלק הכתיבה לדיון כיתתי על כבוד למגוון משפחות וצרכים שונים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רכזת חברתית וחיים חברתיים בכיתה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נכיר אירועים ומושגים חברתיים שמלווים את השנה בבית הספר, כמו סיגד, יום הסובלנות הבינלאומי ויום זכויות הילד, ונתרגל את העקרונות שעומדים מאחורי פעילויות גיבוש וחברה בכיתה.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באיזה חודש מתחיל התכנון השנתי בארגז הכלים?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ספטמבר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ינואר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סיגד הוא חג שמציין בעיקר: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התחדשות וגעגוע לירושלים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ניצחון במלחמה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תחילת הקיץ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סיום שנת הלימודים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יום הסובלנות הבינלאומי חל ב: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16 בנובמבר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 בינואר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 במרץ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 בדצמבר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יום זכויות הילד מזכיר בעיקר: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הזכויות שמגיעות לכל ילד וילדה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יום הולדת בית הספר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תחילת שנת הלימודים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סיום החופש הגדול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לפי העקרונות בארגז הכלים, שיתוף בפעילות חברתית הוא: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תמיד רשות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חובה לכולם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לתלמידים מצטיינים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רק בסוף השנה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תלמיד חייב לספר על עצמו בפעילויות שיתוף.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פעילות חברתית יש חלופה בלי מגע ובלי תחרות למי שצריך.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מדברים על משפחות רק בצורה אחת מקובלת.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התכנון השנתי כולל כ-30 אירועים מספטמבר ועד יוני.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אין שום התאמות לתלמידים עולים חדשים בפעילויות.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התכנון השנתי כולל כ-__________ אירועים מספטמבר ועד יוני.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חג ה__________ מציין מסורת של התחדשות וגעגוע לירושלים.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יום ה__________ הבינלאומי עוסק בקבלת השונה והאחר.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יום זכויות ה__________ מזכיר את הזכויות המגיעות לכל ילד וילדה.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בכל פעילות חברתית צריכה להיות חלופה בלי מגע ובלי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סיגד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עיצוב כיתתי לציון ימי הולדת של התלמידים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יום הסובלנות הבינלאומי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יום המזכיר את הזכויות של כל ילד וילדה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יום זכויות הילד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גוף המייצג תלמידים ותלמידות בבית הספר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מועצת תלמידים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מסורת של התחדשות וגעגוע לירושלים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קיר ימי הולדת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יום לקבלת השונה והאחר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ומחשבה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מדוע חשוב שלכל תלמיד תהיה אפשרות לסרב להשתתף בשיתוף אישי.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תנו דוגמה אחת לפעילות גיבוש שיכולה לחזק קשר בין תלמידים בכיתה.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הרחבה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פסקה קצרה על יום מיוחד אחד מהרשימה (סיגד, יום הסובלנות או יום זכויות הילד) ומה לדעתכם הוא בא ללמד אותנו.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חג הסיגד ובמה הוא עוסק?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חל יום זכויות הילד?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חשוב שתמיד תהיה חלופה בלי מגע בפעילות כיתתית?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רכזת חברתית וחיים חברתיים בכיתה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