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רכזת חברתית וחיים חברתיים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ימים ואירועים חברתיים לאורך השנה כמו סיגד, יום הסובלנות ויום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מנחים בפעילויות גיבוש וחברה כמו שיתוף מרצון וכבוד למגוון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הקשורים לחיים החברתיים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התחדשות וגעגוע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הזכויות שמגיעות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תמיד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שיתוף הוא תמיד רשות ואף אחד לא חייב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העקרונות המנחים את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מדברים על משפחות בכל הצורות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התכנון השנתי בארגז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התאמות קבועות לעולים בכל ערכה ושיעור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(מסורת של התחדשות וגעגוע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(יום לקבלת השונה והאחר)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(יום המזכיר את הזכויות של 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המייצג תלמידים ותלמידות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(עיצוב כיתתי לציון ימי הולדת של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לא לכולם נוח לספר על עצמם, וחשוב לכבד את הפרטיות והרגשות של 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משחק הכרות קבוצתי שמעודד שיתוף פעולה בלי 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למשמעות היום הנבחר ולמסר החברתי שבו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להתחדשות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תלמיד ירגיש בטוח ומכובד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הימים המיוחדים המוזכרים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עקרון הבחירה החופשית בשיתוף לפני תרגול פעילויות 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כיתתי על כבוד למגוון משפחות וצרכים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רכזת חברתית וחיים חברתיים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ימים מיוחדים בבית הספר ועל כללים חשובים בפעילויות חברתיות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רכזת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שמתכננת פעילויות חברה ואירועים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שמחזקת קשר וחברות בין 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האווירה והיחסים בין התלמידים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נפשי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ולשמור על רוגע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תלמידה עולים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מועצת תלמידים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המייצג תלמידים ותלמידות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המסמל התחדשות וגעגוע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חגיגי המציין מועד או ערך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מתחילה שנת הפעילויות?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התחדשות וגעגוע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חל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מדבר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הזכויות שמגיעות לכל ילד וילדה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יום הולדת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תחילת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סיום החופש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חייבים לשתף בפעילות?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לתלמידים מצטיינים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חייב לספר על עצמו בפעילויות שיתוף.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פעילות חברתית יש חלופה בלי מגע ובלי תחרות למי שצריך.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 משפחות רק בצורה אחת מקובלת.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התכנון השנתי כולל כ-30 אירועים מספטמבר ועד 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התאמות לתלמידים עולים חדשים בפעילויות.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התכנון השנתי כולל כ-__________ אירועים מספטמבר ועד יוני.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ה__________ מציין מסורת של התחדשות וגעגוע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יום ה__________ הבינלאומי עוסק בקבלת השונה והאחר.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זכויות ה__________ מזכיר את הזכויות המגיעות לכל ילד וילדה.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פעילות חברתית צריכה להיות חלופה בלי מגע ובלי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עיצוב כיתתי לציון ימי הולדת של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הסובלנות הבינלאומי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המזכיר את הזכויות של כל ילד וילדה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זכויות הילד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המייצג תלמידים ותלמידות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מסורת של התחדשות וגעגוע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קיר ימי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יום לקבלת השונה והאחר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שלכל תלמיד תהיה אפשרות לסרב להשתתף בשיתוף אישי.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לפעילות גיבוש שיכולה לחזק קשר בין תלמידים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יום מיוחד אחד מהרשימה (סיגד, יום הסובלנות או יום זכויות הילד) ומה לדעתכם הוא בא ללמד אותנו.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חג הסיגד ובמה הוא עוסק?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יום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שתמיד תהיה חלופה בלי מגע בפעילות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רכזת חברתית וחיים חברתיים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